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8D8D8" w:themeColor="background1" w:themeShade="D8"/>
  <w:body>
    <w:p w14:paraId="69162711" w14:textId="67EC87BA" w:rsidR="0042593F" w:rsidRDefault="000C6ADD">
      <w:pPr>
        <w:jc w:val="center"/>
      </w:pPr>
      <w:r>
        <w:rPr>
          <w:b/>
          <w:sz w:val="52"/>
        </w:rPr>
        <w:t xml:space="preserve">♥ WBU PREMIER LEAGUE 2025 </w:t>
      </w:r>
      <w:r>
        <w:rPr>
          <w:rFonts w:ascii="Segoe UI Symbol" w:hAnsi="Segoe UI Symbol" w:cs="Segoe UI Symbol"/>
          <w:b/>
          <w:sz w:val="52"/>
        </w:rPr>
        <w:t>♥</w:t>
      </w:r>
      <w:r>
        <w:rPr>
          <w:b/>
          <w:sz w:val="52"/>
        </w:rPr>
        <w:br/>
      </w:r>
      <w:r>
        <w:rPr>
          <w:b/>
          <w:sz w:val="32"/>
        </w:rPr>
        <w:t>FOR TEAMS OF 4, 5 OR 6 PLAYERS</w:t>
      </w:r>
    </w:p>
    <w:p w14:paraId="11E5AC4B" w14:textId="77777777" w:rsidR="0042593F" w:rsidRDefault="000C6ADD">
      <w:pPr>
        <w:pStyle w:val="Heading2"/>
      </w:pPr>
      <w:r>
        <w:t>TWO-WEEKEND EVENT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2593F" w14:paraId="6FC23A7C" w14:textId="77777777">
        <w:tc>
          <w:tcPr>
            <w:tcW w:w="4320" w:type="dxa"/>
          </w:tcPr>
          <w:p w14:paraId="330F690D" w14:textId="77777777" w:rsidR="0042593F" w:rsidRDefault="000C6ADD">
            <w:r>
              <w:rPr>
                <w:b/>
              </w:rPr>
              <w:t>Weekend 1:</w:t>
            </w:r>
            <w:r>
              <w:rPr>
                <w:b/>
              </w:rPr>
              <w:br/>
            </w:r>
            <w:r>
              <w:t>Elephant &amp; Castle Hotel, Newtown</w:t>
            </w:r>
            <w:r>
              <w:br/>
              <w:t>27–28 September 2025</w:t>
            </w:r>
          </w:p>
        </w:tc>
        <w:tc>
          <w:tcPr>
            <w:tcW w:w="4320" w:type="dxa"/>
          </w:tcPr>
          <w:p w14:paraId="713DED37" w14:textId="77777777" w:rsidR="0042593F" w:rsidRDefault="000C6ADD">
            <w:r>
              <w:rPr>
                <w:b/>
              </w:rPr>
              <w:t>Weekend 2:</w:t>
            </w:r>
            <w:r>
              <w:rPr>
                <w:b/>
              </w:rPr>
              <w:br/>
            </w:r>
            <w:r>
              <w:t>Gwent Bridge Academy, Newport</w:t>
            </w:r>
            <w:r>
              <w:br/>
              <w:t>18–19 October 2025</w:t>
            </w:r>
          </w:p>
        </w:tc>
      </w:tr>
    </w:tbl>
    <w:p w14:paraId="781598A2" w14:textId="2FF5A965" w:rsidR="0042593F" w:rsidRDefault="00FC27B3">
      <w:pPr>
        <w:pStyle w:val="Heading2"/>
      </w:pPr>
      <w:r>
        <w:t>C</w:t>
      </w:r>
      <w:r w:rsidR="000C6ADD">
        <w:t>AMROSE TRIALS 2026</w:t>
      </w:r>
    </w:p>
    <w:p w14:paraId="56C82FFE" w14:textId="77777777" w:rsidR="0037559F" w:rsidRDefault="000C6ADD">
      <w:r>
        <w:t>This Premier League event will be the primary selection method for teams to represent Wales in the 2026 Camrose Trophy</w:t>
      </w:r>
      <w:r w:rsidR="00FC27B3">
        <w:t xml:space="preserve"> which are scheduled as follow:</w:t>
      </w:r>
      <w:r>
        <w:br/>
      </w:r>
      <w:r>
        <w:br/>
        <w:t>• Weekend 1: Ireland – 9–11 January 2026</w:t>
      </w:r>
      <w:r>
        <w:br/>
        <w:t>• Weekend 2: Wales (Holiday Inn, Newport) – 6–8 March 2026</w:t>
      </w:r>
      <w:r>
        <w:br/>
      </w:r>
    </w:p>
    <w:p w14:paraId="6F8D66A0" w14:textId="0F4EA2CC" w:rsidR="0042593F" w:rsidRDefault="00FC27B3">
      <w:r>
        <w:t xml:space="preserve">Please note – there is NO </w:t>
      </w:r>
      <w:r w:rsidR="000C6ADD">
        <w:t>current WBU funding for selected players.</w:t>
      </w:r>
    </w:p>
    <w:p w14:paraId="1EA6F7FF" w14:textId="77777777" w:rsidR="0042593F" w:rsidRDefault="000C6ADD">
      <w:pPr>
        <w:pStyle w:val="Heading2"/>
      </w:pPr>
      <w:r>
        <w:t>MATCH FORMAT</w:t>
      </w:r>
    </w:p>
    <w:p w14:paraId="0684AC76" w14:textId="0D6DADB5" w:rsidR="0042593F" w:rsidRDefault="000C6ADD">
      <w:r>
        <w:t>• 8 x 11–board matches per weekend</w:t>
      </w:r>
      <w:r>
        <w:br/>
        <w:t xml:space="preserve">• Saturday start: 11:00 </w:t>
      </w:r>
      <w:proofErr w:type="spellStart"/>
      <w:r>
        <w:t>hrs</w:t>
      </w:r>
      <w:proofErr w:type="spellEnd"/>
      <w:r w:rsidR="0037559F">
        <w:t xml:space="preserve"> </w:t>
      </w:r>
      <w:r>
        <w:br/>
        <w:t xml:space="preserve">• Sunday start: 10:00 </w:t>
      </w:r>
      <w:proofErr w:type="spellStart"/>
      <w:r>
        <w:t>hrs</w:t>
      </w:r>
      <w:proofErr w:type="spellEnd"/>
      <w:r>
        <w:br/>
        <w:t>• Scoring: Victory Points</w:t>
      </w:r>
    </w:p>
    <w:p w14:paraId="2AD8CE89" w14:textId="77777777" w:rsidR="0042593F" w:rsidRDefault="000C6ADD">
      <w:pPr>
        <w:pStyle w:val="Heading2"/>
      </w:pPr>
      <w:r>
        <w:t>REFRESHMENTS &amp; ENTRY DETAILS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2593F" w14:paraId="44C03889" w14:textId="77777777">
        <w:tc>
          <w:tcPr>
            <w:tcW w:w="4320" w:type="dxa"/>
          </w:tcPr>
          <w:p w14:paraId="5A7822ED" w14:textId="77777777" w:rsidR="0042593F" w:rsidRDefault="000C6ADD">
            <w:r>
              <w:rPr>
                <w:b/>
              </w:rPr>
              <w:t>REFRESHMENTS</w:t>
            </w:r>
            <w:r>
              <w:rPr>
                <w:b/>
              </w:rPr>
              <w:br/>
            </w:r>
            <w:r>
              <w:t>• Newtown (Weekend 1): Refreshments available from hotel</w:t>
            </w:r>
            <w:r>
              <w:br/>
              <w:t>• Newport (Weekend 2): Includes Sunday light buffet, tea, coffee and biscuits</w:t>
            </w:r>
          </w:p>
        </w:tc>
        <w:tc>
          <w:tcPr>
            <w:tcW w:w="4320" w:type="dxa"/>
          </w:tcPr>
          <w:p w14:paraId="4DE0D10A" w14:textId="6ACE2CE3" w:rsidR="0042593F" w:rsidRDefault="000C6ADD">
            <w:r>
              <w:rPr>
                <w:b/>
              </w:rPr>
              <w:t>ENTRY DETAILS</w:t>
            </w:r>
            <w:r>
              <w:rPr>
                <w:b/>
              </w:rPr>
              <w:br/>
            </w:r>
            <w:r>
              <w:t>• Closing date: 29 August 2025</w:t>
            </w:r>
            <w:r>
              <w:br/>
              <w:t>• Fee: £440 per team</w:t>
            </w:r>
            <w:r>
              <w:br/>
              <w:t>• Payment via STRIPE or BACS</w:t>
            </w:r>
            <w:r>
              <w:br/>
            </w:r>
          </w:p>
        </w:tc>
      </w:tr>
    </w:tbl>
    <w:p w14:paraId="1D45B9B0" w14:textId="77777777" w:rsidR="0042593F" w:rsidRDefault="000C6ADD">
      <w:pPr>
        <w:pStyle w:val="Heading2"/>
      </w:pPr>
      <w:r>
        <w:t>READY TO COMPETE?</w:t>
      </w:r>
    </w:p>
    <w:p w14:paraId="4145DE40" w14:textId="77777777" w:rsidR="0042593F" w:rsidRDefault="000C6ADD">
      <w:r>
        <w:t>✓ Check eligibility</w:t>
      </w:r>
    </w:p>
    <w:p w14:paraId="401B3720" w14:textId="77777777" w:rsidR="00DD3F69" w:rsidRDefault="00DD3F69" w:rsidP="00DD3F69">
      <w:r>
        <w:t>✓ Complete entry form</w:t>
      </w:r>
    </w:p>
    <w:p w14:paraId="306C0BDA" w14:textId="77777777" w:rsidR="0042593F" w:rsidRDefault="000C6ADD">
      <w:r>
        <w:t>✓ Upload your system cards</w:t>
      </w:r>
    </w:p>
    <w:p w14:paraId="3C0F726D" w14:textId="77777777" w:rsidR="0042593F" w:rsidRDefault="000C6ADD">
      <w:r>
        <w:t>✓ Confirm Camrose availability</w:t>
      </w:r>
    </w:p>
    <w:p w14:paraId="6791A8A2" w14:textId="7AB65FCB" w:rsidR="0042593F" w:rsidRDefault="000C6ADD" w:rsidP="0037559F">
      <w:r>
        <w:t>✓ Pay securely</w:t>
      </w:r>
    </w:p>
    <w:sectPr w:rsidR="004259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2935999">
    <w:abstractNumId w:val="8"/>
  </w:num>
  <w:num w:numId="2" w16cid:durableId="744646293">
    <w:abstractNumId w:val="6"/>
  </w:num>
  <w:num w:numId="3" w16cid:durableId="447969474">
    <w:abstractNumId w:val="5"/>
  </w:num>
  <w:num w:numId="4" w16cid:durableId="1424960478">
    <w:abstractNumId w:val="4"/>
  </w:num>
  <w:num w:numId="5" w16cid:durableId="447118632">
    <w:abstractNumId w:val="7"/>
  </w:num>
  <w:num w:numId="6" w16cid:durableId="3094506">
    <w:abstractNumId w:val="3"/>
  </w:num>
  <w:num w:numId="7" w16cid:durableId="332225722">
    <w:abstractNumId w:val="2"/>
  </w:num>
  <w:num w:numId="8" w16cid:durableId="482279511">
    <w:abstractNumId w:val="1"/>
  </w:num>
  <w:num w:numId="9" w16cid:durableId="261106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6ADD"/>
    <w:rsid w:val="0015074B"/>
    <w:rsid w:val="0029639D"/>
    <w:rsid w:val="00326F90"/>
    <w:rsid w:val="0037559F"/>
    <w:rsid w:val="003B02C8"/>
    <w:rsid w:val="0042593F"/>
    <w:rsid w:val="007945F4"/>
    <w:rsid w:val="008D6098"/>
    <w:rsid w:val="00AA1D8D"/>
    <w:rsid w:val="00B47730"/>
    <w:rsid w:val="00CB0664"/>
    <w:rsid w:val="00DD3F69"/>
    <w:rsid w:val="00FC27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3ED8D3"/>
  <w14:defaultImageDpi w14:val="300"/>
  <w15:docId w15:val="{471998EE-4F25-4332-A88F-0E7422D0D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F69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Ceri Pierce</cp:lastModifiedBy>
  <cp:revision>6</cp:revision>
  <dcterms:created xsi:type="dcterms:W3CDTF">2025-05-08T09:50:00Z</dcterms:created>
  <dcterms:modified xsi:type="dcterms:W3CDTF">2025-05-12T14:54:00Z</dcterms:modified>
  <cp:category/>
</cp:coreProperties>
</file>